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in Wuppertal</w:t>
      </w:r>
    </w:p>
    <w:p>
      <w:r>
        <w:t>Holzbau bietet vielfältige Möglichkeiten, wenn es um Erweiterungen, Änderungen oder neue Nutzungen an Gebäuden geht. Von der Überdachung über den Dachausbau bis hin zu Anbauten und Fassadenarbeiten – die Holzkonstruktion verbindet Gestaltungsfreiraum mit einer durchdachten Planung. Dieser Leitfaden fasst grundlegende Zusammenhänge zusammen, die für verschiedene Holzbau-Vorhaben relevant sind, und hilft dabei, die eigenen Planungsschritte besser einzuordnen.</w:t>
      </w:r>
    </w:p>
    <w:p>
      <w:pPr>
        <w:pStyle w:val="Heading1"/>
      </w:pPr>
      <w:r>
        <w:t>Wann Holzbau sinnvoll ist</w:t>
      </w:r>
    </w:p>
    <w:p>
      <w:r>
        <w:t>Holzbau eignet sich für Vorhaben, bei denen bestehende Gebäude ergänzt oder verändert werden sollen. Anbauten und Aufstockungen schaffen neue Flächen, ohne das bestehende Gebäude vollständig zu ersetzen. Überdachungen und Carports schützen Freiflächen, während Dachgauben und Dachausbauten den vorhandenen Raum besser nutzbar machen. Auch für Fassaden und Fachwerksanierungen kommt Holz zum Einsatz, wenn es um die Instandsetzung oder Gestaltung der Gebäudehülle geht. Die Wahl der Holzkonstruktion hängt von der vorhandenen Bausubstanz, den baurechtlichen Rahmenbedingungen und den gewünschten Nutzungsänderungen ab.</w:t>
      </w:r>
    </w:p>
    <w:p>
      <w:pPr>
        <w:pStyle w:val="Heading1"/>
      </w:pPr>
      <w:r>
        <w:t>Grundlegende Konstruktionsprinzipien</w:t>
      </w:r>
    </w:p>
    <w:p>
      <w:r>
        <w:t>Jede Holzbaukonstruktion verbindet Tragwerk, Beplanung und Anschlüsse miteinander. Das Tragwerk leitet Lasten ab und muss zur vorhandenen Gebäudestruktur passen. Die Beplanung – also Dachmaterial, Verkleidung oder Oberfläche – beeinflusst Witterungsschutz und Optik. Anschlüsse an Bestandswände, Fundamente oder andere Bauteile müssen sorgfältig geplant werden, da hier häufig Feuchtigkeit, Setzungen oder Wärmebrücken auftreten. Ein einfaches Prinzip dabei: Je klarer die konstruktiven Details definiert sind, desto zuverlässiger funktioniert das Zusammenspiel der Bauteile.</w:t>
      </w:r>
    </w:p>
    <w:p>
      <w:pPr>
        <w:pStyle w:val="Heading1"/>
      </w:pPr>
      <w:r>
        <w:t>Wichtige Planungsschritte</w:t>
      </w:r>
    </w:p>
    <w:p>
      <w:r>
        <w:t>Bevor ein Holzbau-Vorhaben startet, sollten mehrere Punkte abgeklärt werden. Zunächst ist der heutige Zustand des Gebäudes oder Grundstücks zu erfassen – dazu gehören Maße, vorhandene Konstruktionen und erkennbare Besonderheiten wie Leitungen oder Höhenunterschiede. Anschließend wird das gewünschte Ergebnis beschrieben: Welche Flächen sollen entstehen, wie sollen sie genutzt werden und welche Anschlüsse sind nötig? Baurechtliche Fragen wie Genehmigungspflicht, Abstandsflächen oder Schutzvorgaben sind frühzeitig zu klären, da sie den Umfang und die Gestaltung beeinflussen können. Vorhandene Unterlagen wie Grundrisse, Schnitte oder frühere Genehmigungen helfen dabei, den Bestand vollständig zu erfassen.</w:t>
      </w:r>
    </w:p>
    <w:p>
      <w:pPr>
        <w:pStyle w:val="Heading1"/>
      </w:pPr>
      <w:r>
        <w:t>Vorbereitung für ein Erstgespräch</w:t>
      </w:r>
    </w:p>
    <w:p>
      <w:r>
        <w:t>Für ein erstes Gespräch oder eine Anfrage sind folgende Angaben hilfreich: kurze Beschreibung des aktuellen Zustands, gewünschte Veränderungen und geplante Nutzung der neuen Flächen. Angaben zu Abmessungen, vorhandenen Öffnungen oder Zugangssituationen erleichtern die Einordnung. Falls vorhanden, können Skizzen, Fotos oder bestehende Pläne beigefügt werden. Offene Fragen wie baurechtliche Unsicherheiten oder besondere Wünsche sollten ebenfalls benannt werden. Diese Informationen reichen aus, um das Vorhaben einzuordnen und die nächsten Planungsschritte abzustimmen. Vertrauliche Unterlagen sind dabei nicht erforderlich.</w:t>
      </w:r>
    </w:p>
    <w:p>
      <w:pPr>
        <w:pStyle w:val="Heading1"/>
      </w:pPr>
      <w:r>
        <w:t>Weitere Planungsthemen</w:t>
      </w:r>
    </w:p>
    <w:p>
      <w:hyperlink r:id="rId9">
        <w:r>
          <w:rPr>
            <w:color w:val="087E75"/>
          </w:rPr>
          <w:t>Holzbau Wuppertal: Leistungen &amp; Projektanfrage | 1A Holzbau Wuppertal</w:t>
        </w:r>
      </w:hyperlink>
    </w:p>
    <w:p>
      <w:hyperlink r:id="rId10">
        <w:r>
          <w:rPr>
            <w:color w:val="087E75"/>
          </w:rPr>
          <w:t>Wann lohnt sich Holzbau für mein Projekt in Wuppertal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wuppertal.online/index.html" TargetMode="External"/><Relationship Id="rId10" Type="http://schemas.openxmlformats.org/officeDocument/2006/relationships/hyperlink" Target="https://ibm.1a-holzbauwuppertal.online/hausbau-1/wann-lohnt-sich-holzbau-f-r-mein-projekt-in-wuppertal-18d011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